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6C671" w14:textId="77777777" w:rsidR="004C7EFB" w:rsidRPr="004C7EFB" w:rsidRDefault="004C7EFB">
      <w:pPr>
        <w:pStyle w:val="Heading1"/>
        <w:rPr>
          <w:sz w:val="8"/>
          <w:szCs w:val="8"/>
        </w:rPr>
      </w:pPr>
    </w:p>
    <w:p w14:paraId="2B01D9E7" w14:textId="2EE6A8CF" w:rsidR="000B06A4" w:rsidRDefault="00000000">
      <w:pPr>
        <w:pStyle w:val="Heading1"/>
      </w:pPr>
      <w:r>
        <w:t>Authority to Release &amp; Exchange Information</w:t>
      </w:r>
    </w:p>
    <w:p w14:paraId="0F27EFA7" w14:textId="77777777" w:rsidR="004C7EFB" w:rsidRDefault="004C7EFB"/>
    <w:p w14:paraId="01114305" w14:textId="4BEE4709" w:rsidR="000B06A4" w:rsidRDefault="00000000">
      <w:r>
        <w:t xml:space="preserve">This form </w:t>
      </w:r>
      <w:proofErr w:type="spellStart"/>
      <w:r>
        <w:t>authorises</w:t>
      </w:r>
      <w:proofErr w:type="spellEnd"/>
      <w:r>
        <w:t xml:space="preserve"> </w:t>
      </w:r>
      <w:proofErr w:type="spellStart"/>
      <w:r>
        <w:t>GrowthArc</w:t>
      </w:r>
      <w:proofErr w:type="spellEnd"/>
      <w:r>
        <w:t xml:space="preserve"> Care Concierge to communicate with, request information from, and share relevant information with the nominated providers for the purpose of coordination, organisation, and support. This authority does not permit GrowthArc to give or receive clinical, legal, or financial advice.</w:t>
      </w:r>
    </w:p>
    <w:p w14:paraId="42A3E7F6" w14:textId="5D826749" w:rsidR="004C7EFB" w:rsidRDefault="00000000" w:rsidP="004C7EFB">
      <w:pPr>
        <w:pStyle w:val="Heading2"/>
      </w:pPr>
      <w:r>
        <w:t>Client Details</w:t>
      </w:r>
    </w:p>
    <w:p w14:paraId="07C3BE18" w14:textId="77777777" w:rsidR="004C7EFB" w:rsidRPr="004C7EFB" w:rsidRDefault="004C7EFB" w:rsidP="004C7EFB">
      <w:pPr>
        <w:rPr>
          <w:sz w:val="8"/>
          <w:szCs w:val="8"/>
        </w:rPr>
      </w:pPr>
    </w:p>
    <w:p w14:paraId="0111456A" w14:textId="0A2182CF" w:rsidR="000B06A4" w:rsidRDefault="00000000">
      <w:r>
        <w:t>Full Name:</w:t>
      </w:r>
    </w:p>
    <w:p w14:paraId="0EA09C89" w14:textId="77777777" w:rsidR="000B06A4" w:rsidRDefault="00000000">
      <w:r>
        <w:t>Date of Birth:</w:t>
      </w:r>
    </w:p>
    <w:p w14:paraId="42A1E543" w14:textId="77777777" w:rsidR="000B06A4" w:rsidRDefault="00000000">
      <w:r>
        <w:t>Address:</w:t>
      </w:r>
    </w:p>
    <w:p w14:paraId="57E50C7C" w14:textId="77777777" w:rsidR="000B06A4" w:rsidRDefault="00000000">
      <w:r>
        <w:t>Phone Number:</w:t>
      </w:r>
    </w:p>
    <w:p w14:paraId="0975A958" w14:textId="6D57D48F" w:rsidR="004C7EFB" w:rsidRDefault="00000000" w:rsidP="004C7EFB">
      <w:r>
        <w:t>Email:</w:t>
      </w:r>
    </w:p>
    <w:p w14:paraId="34BF28AD" w14:textId="25069B04" w:rsidR="000B06A4" w:rsidRDefault="00000000">
      <w:pPr>
        <w:pStyle w:val="Heading2"/>
      </w:pPr>
      <w:proofErr w:type="spellStart"/>
      <w:r>
        <w:t>Authorised</w:t>
      </w:r>
      <w:proofErr w:type="spellEnd"/>
      <w:r>
        <w:t xml:space="preserve"> Representative (if applicable)</w:t>
      </w:r>
    </w:p>
    <w:p w14:paraId="39A5952E" w14:textId="77777777" w:rsidR="004C7EFB" w:rsidRPr="004C7EFB" w:rsidRDefault="004C7EFB">
      <w:pPr>
        <w:rPr>
          <w:sz w:val="8"/>
          <w:szCs w:val="8"/>
        </w:rPr>
      </w:pPr>
    </w:p>
    <w:p w14:paraId="24883DFB" w14:textId="7B6054E3" w:rsidR="000B06A4" w:rsidRDefault="00000000">
      <w:r>
        <w:t>Full Name:</w:t>
      </w:r>
    </w:p>
    <w:p w14:paraId="19BE8474" w14:textId="77777777" w:rsidR="000B06A4" w:rsidRDefault="00000000">
      <w:r>
        <w:t>Relationship to Client:</w:t>
      </w:r>
    </w:p>
    <w:p w14:paraId="3CEC0772" w14:textId="77777777" w:rsidR="000B06A4" w:rsidRDefault="00000000">
      <w:r>
        <w:t>Phone Number:</w:t>
      </w:r>
    </w:p>
    <w:p w14:paraId="45E667D2" w14:textId="77777777" w:rsidR="000B06A4" w:rsidRDefault="00000000">
      <w:r>
        <w:t>Email:</w:t>
      </w:r>
    </w:p>
    <w:p w14:paraId="3329C11A" w14:textId="77777777" w:rsidR="000B06A4" w:rsidRDefault="00000000">
      <w:r>
        <w:t>Legal Authority (POA, Guardian, Other):</w:t>
      </w:r>
    </w:p>
    <w:p w14:paraId="63E1C5CE" w14:textId="77777777" w:rsidR="000B06A4" w:rsidRDefault="00000000">
      <w:pPr>
        <w:pStyle w:val="Heading2"/>
      </w:pPr>
      <w:r>
        <w:t>Approved Providers for Information Exchange</w:t>
      </w:r>
    </w:p>
    <w:p w14:paraId="676E54FD" w14:textId="77777777" w:rsidR="000B06A4" w:rsidRDefault="00000000">
      <w:r>
        <w:t>Please list the organisations or individuals you authorise GrowthArc to liaise with (e.g., GP, specialists, hospital departments, pharmacies, aged-care facilities, home services, community supports, veterinarians, or companion-care providers).</w:t>
      </w:r>
    </w:p>
    <w:p w14:paraId="0EBF4FFF" w14:textId="77777777" w:rsidR="000B06A4" w:rsidRDefault="00000000">
      <w:r>
        <w:t>1.</w:t>
      </w:r>
    </w:p>
    <w:p w14:paraId="5C6C9432" w14:textId="77777777" w:rsidR="000B06A4" w:rsidRDefault="00000000">
      <w:r>
        <w:t>2.</w:t>
      </w:r>
    </w:p>
    <w:p w14:paraId="4C7E2299" w14:textId="77777777" w:rsidR="000B06A4" w:rsidRDefault="00000000">
      <w:r>
        <w:t>3.</w:t>
      </w:r>
    </w:p>
    <w:p w14:paraId="1E0218A8" w14:textId="028A2BEB" w:rsidR="000B06A4" w:rsidRDefault="000B06A4"/>
    <w:p w14:paraId="2A953DA6" w14:textId="77777777" w:rsidR="004C7EFB" w:rsidRDefault="004C7EFB">
      <w:pPr>
        <w:pStyle w:val="Heading2"/>
      </w:pPr>
    </w:p>
    <w:p w14:paraId="5178AD09" w14:textId="09C37612" w:rsidR="000B06A4" w:rsidRDefault="00000000">
      <w:pPr>
        <w:pStyle w:val="Heading2"/>
      </w:pPr>
      <w:r>
        <w:t>Scope of Information Exchange</w:t>
      </w:r>
    </w:p>
    <w:p w14:paraId="1D932177" w14:textId="77777777" w:rsidR="000B06A4" w:rsidRDefault="00000000">
      <w:r>
        <w:t>• Appointment confirmations, schedules, and administrative details</w:t>
      </w:r>
    </w:p>
    <w:p w14:paraId="30779AFD" w14:textId="77777777" w:rsidR="000B06A4" w:rsidRDefault="00000000">
      <w:r>
        <w:t>• Non-clinical summaries required for coordination</w:t>
      </w:r>
    </w:p>
    <w:p w14:paraId="77819DB2" w14:textId="77777777" w:rsidR="000B06A4" w:rsidRDefault="00000000">
      <w:r>
        <w:t>• Medication lists and treatment plans provided by the clinician</w:t>
      </w:r>
    </w:p>
    <w:p w14:paraId="428BA1F0" w14:textId="77777777" w:rsidR="000B06A4" w:rsidRDefault="00000000">
      <w:r>
        <w:t>• Care plans, services, and support arrangements</w:t>
      </w:r>
    </w:p>
    <w:p w14:paraId="01D039CD" w14:textId="77777777" w:rsidR="000B06A4" w:rsidRDefault="00000000">
      <w:r>
        <w:t>• Practical updates required to manage routines and services</w:t>
      </w:r>
    </w:p>
    <w:p w14:paraId="314ADBA2" w14:textId="77777777" w:rsidR="004C7EFB" w:rsidRPr="004C7EFB" w:rsidRDefault="004C7EFB">
      <w:pPr>
        <w:pStyle w:val="Heading2"/>
        <w:rPr>
          <w:sz w:val="8"/>
          <w:szCs w:val="8"/>
        </w:rPr>
      </w:pPr>
    </w:p>
    <w:p w14:paraId="2C461722" w14:textId="3A6AE11D" w:rsidR="000B06A4" w:rsidRDefault="00000000">
      <w:pPr>
        <w:pStyle w:val="Heading2"/>
      </w:pPr>
      <w:r>
        <w:t>Limitations of This Authority</w:t>
      </w:r>
    </w:p>
    <w:p w14:paraId="17F24CE5" w14:textId="77777777" w:rsidR="000B06A4" w:rsidRDefault="00000000">
      <w:r>
        <w:t>• GrowthArc Care Concierge will not request or receive clinical opinions beyond what is provided in official summaries.</w:t>
      </w:r>
    </w:p>
    <w:p w14:paraId="457CB9FE" w14:textId="77777777" w:rsidR="000B06A4" w:rsidRDefault="00000000">
      <w:r>
        <w:t>• No medical, legal, or financial advice will be interpreted or provided.</w:t>
      </w:r>
    </w:p>
    <w:p w14:paraId="5CF82614" w14:textId="77777777" w:rsidR="000B06A4" w:rsidRDefault="00000000">
      <w:r>
        <w:t>• All information will be handled per the GrowthArc Privacy Policy.</w:t>
      </w:r>
    </w:p>
    <w:p w14:paraId="2F18BB2C" w14:textId="77777777" w:rsidR="004C7EFB" w:rsidRPr="004C7EFB" w:rsidRDefault="004C7EFB">
      <w:pPr>
        <w:pStyle w:val="Heading2"/>
        <w:rPr>
          <w:sz w:val="8"/>
          <w:szCs w:val="8"/>
        </w:rPr>
      </w:pPr>
    </w:p>
    <w:p w14:paraId="36D9C12E" w14:textId="01EE53FD" w:rsidR="000B06A4" w:rsidRDefault="00000000">
      <w:pPr>
        <w:pStyle w:val="Heading2"/>
      </w:pPr>
      <w:r>
        <w:t>Validity of Authority</w:t>
      </w:r>
    </w:p>
    <w:p w14:paraId="5AD4DB79" w14:textId="77777777" w:rsidR="000B06A4" w:rsidRDefault="00000000">
      <w:r>
        <w:t>This authority remains valid until revoked in writing by the client or their authorised representative.</w:t>
      </w:r>
    </w:p>
    <w:p w14:paraId="32F4A206" w14:textId="77777777" w:rsidR="000B06A4" w:rsidRDefault="00000000">
      <w:pPr>
        <w:pStyle w:val="Heading2"/>
      </w:pPr>
      <w:r>
        <w:t>Signatures</w:t>
      </w:r>
    </w:p>
    <w:p w14:paraId="6DF89DB0" w14:textId="54C792F7" w:rsidR="000B06A4" w:rsidRDefault="00000000">
      <w:r>
        <w:t xml:space="preserve">Client Signature: </w:t>
      </w:r>
      <w:r w:rsidR="004C7EFB">
        <w:tab/>
      </w:r>
      <w:r w:rsidR="004C7EFB">
        <w:tab/>
      </w:r>
      <w:r w:rsidR="004C7EFB">
        <w:tab/>
      </w:r>
      <w:r w:rsidR="004C7EFB">
        <w:tab/>
      </w:r>
      <w:r>
        <w:t>___________________________</w:t>
      </w:r>
    </w:p>
    <w:p w14:paraId="75C65D26" w14:textId="4B4F95DB" w:rsidR="000B06A4" w:rsidRDefault="00000000">
      <w:r>
        <w:t xml:space="preserve">Date: </w:t>
      </w:r>
      <w:r w:rsidR="004C7EFB">
        <w:tab/>
      </w:r>
      <w:r w:rsidR="004C7EFB">
        <w:tab/>
      </w:r>
      <w:r w:rsidR="004C7EFB">
        <w:tab/>
      </w:r>
      <w:r w:rsidR="004C7EFB">
        <w:tab/>
      </w:r>
      <w:r w:rsidR="004C7EFB">
        <w:tab/>
      </w:r>
      <w:r w:rsidR="004C7EFB">
        <w:tab/>
      </w:r>
      <w:r>
        <w:t>___________________________</w:t>
      </w:r>
    </w:p>
    <w:p w14:paraId="55F07084" w14:textId="77777777" w:rsidR="000B06A4" w:rsidRPr="004C7EFB" w:rsidRDefault="000B06A4">
      <w:pPr>
        <w:rPr>
          <w:sz w:val="8"/>
          <w:szCs w:val="8"/>
        </w:rPr>
      </w:pPr>
    </w:p>
    <w:p w14:paraId="04195F95" w14:textId="4734CC9F" w:rsidR="000B06A4" w:rsidRDefault="00000000">
      <w:r>
        <w:t xml:space="preserve">Representative Signature (if applicable): </w:t>
      </w:r>
      <w:r w:rsidR="004C7EFB">
        <w:tab/>
      </w:r>
      <w:r>
        <w:t>___________________________</w:t>
      </w:r>
    </w:p>
    <w:p w14:paraId="5C74929F" w14:textId="73BC96F7" w:rsidR="000B06A4" w:rsidRDefault="00000000">
      <w:r>
        <w:t xml:space="preserve">Date: </w:t>
      </w:r>
      <w:r w:rsidR="004C7EFB">
        <w:tab/>
      </w:r>
      <w:r w:rsidR="004C7EFB">
        <w:tab/>
      </w:r>
      <w:r w:rsidR="004C7EFB">
        <w:tab/>
      </w:r>
      <w:r w:rsidR="004C7EFB">
        <w:tab/>
      </w:r>
      <w:r w:rsidR="004C7EFB">
        <w:tab/>
      </w:r>
      <w:r w:rsidR="004C7EFB">
        <w:tab/>
      </w:r>
      <w:r>
        <w:t>___________________________</w:t>
      </w:r>
    </w:p>
    <w:p w14:paraId="7F29C024" w14:textId="77777777" w:rsidR="000B06A4" w:rsidRPr="004C7EFB" w:rsidRDefault="000B06A4">
      <w:pPr>
        <w:rPr>
          <w:sz w:val="8"/>
          <w:szCs w:val="8"/>
        </w:rPr>
      </w:pPr>
    </w:p>
    <w:p w14:paraId="7FBD11DF" w14:textId="77777777" w:rsidR="000B06A4" w:rsidRDefault="00000000">
      <w:r>
        <w:t>GrowthArc Care Concierge:</w:t>
      </w:r>
    </w:p>
    <w:p w14:paraId="13638E54" w14:textId="167E328C" w:rsidR="000B06A4" w:rsidRDefault="00000000">
      <w:r>
        <w:t xml:space="preserve">Name: </w:t>
      </w:r>
      <w:r w:rsidR="004C7EFB">
        <w:tab/>
      </w:r>
      <w:r w:rsidR="004C7EFB">
        <w:tab/>
      </w:r>
      <w:r w:rsidR="004C7EFB">
        <w:tab/>
      </w:r>
      <w:r w:rsidR="004C7EFB">
        <w:tab/>
      </w:r>
      <w:r w:rsidR="004C7EFB">
        <w:tab/>
      </w:r>
      <w:r w:rsidR="004C7EFB">
        <w:tab/>
      </w:r>
      <w:r>
        <w:t>___________________________</w:t>
      </w:r>
    </w:p>
    <w:p w14:paraId="6D57D8CC" w14:textId="714E4DB6" w:rsidR="000B06A4" w:rsidRDefault="00000000">
      <w:r>
        <w:t xml:space="preserve">Signature: </w:t>
      </w:r>
      <w:r w:rsidR="004C7EFB">
        <w:tab/>
      </w:r>
      <w:r w:rsidR="004C7EFB">
        <w:tab/>
      </w:r>
      <w:r w:rsidR="004C7EFB">
        <w:tab/>
      </w:r>
      <w:r w:rsidR="004C7EFB">
        <w:tab/>
      </w:r>
      <w:r w:rsidR="004C7EFB">
        <w:tab/>
      </w:r>
      <w:r>
        <w:t>___________________________</w:t>
      </w:r>
    </w:p>
    <w:p w14:paraId="5E24F15C" w14:textId="1EDB91B1" w:rsidR="000B06A4" w:rsidRDefault="00000000">
      <w:r>
        <w:t xml:space="preserve">Date: </w:t>
      </w:r>
      <w:r w:rsidR="004C7EFB">
        <w:tab/>
      </w:r>
      <w:r w:rsidR="004C7EFB">
        <w:tab/>
      </w:r>
      <w:r w:rsidR="004C7EFB">
        <w:tab/>
      </w:r>
      <w:r w:rsidR="004C7EFB">
        <w:tab/>
      </w:r>
      <w:r w:rsidR="004C7EFB">
        <w:tab/>
      </w:r>
      <w:r w:rsidR="004C7EFB">
        <w:tab/>
      </w:r>
      <w:r>
        <w:t>___________________________</w:t>
      </w:r>
    </w:p>
    <w:sectPr w:rsidR="000B06A4"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CE496" w14:textId="77777777" w:rsidR="001D4E8B" w:rsidRDefault="001D4E8B" w:rsidP="004C7EFB">
      <w:pPr>
        <w:spacing w:after="0" w:line="240" w:lineRule="auto"/>
      </w:pPr>
      <w:r>
        <w:separator/>
      </w:r>
    </w:p>
  </w:endnote>
  <w:endnote w:type="continuationSeparator" w:id="0">
    <w:p w14:paraId="53B10B1D" w14:textId="77777777" w:rsidR="001D4E8B" w:rsidRDefault="001D4E8B" w:rsidP="004C7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2008" w14:textId="77777777" w:rsidR="004C7EFB" w:rsidRDefault="004C7E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70"/>
      <w:gridCol w:w="4070"/>
    </w:tblGrid>
    <w:tr w:rsidR="004C7EFB" w14:paraId="4FCC5262" w14:textId="77777777">
      <w:trPr>
        <w:trHeight w:hRule="exact" w:val="115"/>
        <w:jc w:val="center"/>
      </w:trPr>
      <w:tc>
        <w:tcPr>
          <w:tcW w:w="4686" w:type="dxa"/>
          <w:shd w:val="clear" w:color="auto" w:fill="4F81BD" w:themeFill="accent1"/>
          <w:tcMar>
            <w:top w:w="0" w:type="dxa"/>
            <w:bottom w:w="0" w:type="dxa"/>
          </w:tcMar>
        </w:tcPr>
        <w:p w14:paraId="288030A6" w14:textId="77777777" w:rsidR="004C7EFB" w:rsidRDefault="004C7EFB">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58D71EFA" w14:textId="77777777" w:rsidR="004C7EFB" w:rsidRDefault="004C7EFB">
          <w:pPr>
            <w:pStyle w:val="Header"/>
            <w:tabs>
              <w:tab w:val="clear" w:pos="4680"/>
              <w:tab w:val="clear" w:pos="9360"/>
            </w:tabs>
            <w:jc w:val="right"/>
            <w:rPr>
              <w:caps/>
              <w:sz w:val="18"/>
            </w:rPr>
          </w:pPr>
        </w:p>
      </w:tc>
    </w:tr>
    <w:tr w:rsidR="004C7EFB" w14:paraId="2D754000" w14:textId="77777777">
      <w:trPr>
        <w:jc w:val="center"/>
      </w:trPr>
      <w:sdt>
        <w:sdtPr>
          <w:rPr>
            <w:caps/>
            <w:color w:val="808080" w:themeColor="background1" w:themeShade="80"/>
            <w:sz w:val="18"/>
            <w:szCs w:val="18"/>
          </w:rPr>
          <w:alias w:val="Author"/>
          <w:tag w:val=""/>
          <w:id w:val="1534151868"/>
          <w:placeholder>
            <w:docPart w:val="980F4CD6A8614F6CB84431780CEB2409"/>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6C815337" w14:textId="3D207B4A" w:rsidR="004C7EFB" w:rsidRDefault="004C7EFB">
              <w:pPr>
                <w:pStyle w:val="Footer"/>
                <w:tabs>
                  <w:tab w:val="clear" w:pos="4680"/>
                  <w:tab w:val="clear" w:pos="9360"/>
                </w:tabs>
                <w:rPr>
                  <w:caps/>
                  <w:color w:val="808080" w:themeColor="background1" w:themeShade="80"/>
                  <w:sz w:val="18"/>
                  <w:szCs w:val="18"/>
                </w:rPr>
              </w:pPr>
              <w:r w:rsidRPr="00D94FB7">
                <w:rPr>
                  <w:caps/>
                  <w:color w:val="808080" w:themeColor="background1" w:themeShade="80"/>
                  <w:sz w:val="18"/>
                  <w:szCs w:val="18"/>
                </w:rPr>
                <w:t>WWW.GROWTHARCCARECONCIERGE.COM.AU</w:t>
              </w:r>
            </w:p>
          </w:tc>
        </w:sdtContent>
      </w:sdt>
      <w:tc>
        <w:tcPr>
          <w:tcW w:w="4674" w:type="dxa"/>
          <w:shd w:val="clear" w:color="auto" w:fill="auto"/>
          <w:vAlign w:val="center"/>
        </w:tcPr>
        <w:p w14:paraId="3862481D" w14:textId="77777777" w:rsidR="004C7EFB" w:rsidRDefault="004C7EFB">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1E0C02AD" w14:textId="77777777" w:rsidR="004C7EFB" w:rsidRDefault="004C7E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421C4" w14:textId="77777777" w:rsidR="004C7EFB" w:rsidRDefault="004C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3CCB4" w14:textId="77777777" w:rsidR="001D4E8B" w:rsidRDefault="001D4E8B" w:rsidP="004C7EFB">
      <w:pPr>
        <w:spacing w:after="0" w:line="240" w:lineRule="auto"/>
      </w:pPr>
      <w:r>
        <w:separator/>
      </w:r>
    </w:p>
  </w:footnote>
  <w:footnote w:type="continuationSeparator" w:id="0">
    <w:p w14:paraId="0A0B072E" w14:textId="77777777" w:rsidR="001D4E8B" w:rsidRDefault="001D4E8B" w:rsidP="004C7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E44BE" w14:textId="77777777" w:rsidR="004C7EFB" w:rsidRDefault="004C7E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2465" w14:textId="2B3F1763" w:rsidR="004C7EFB" w:rsidRDefault="004C7EFB">
    <w:pPr>
      <w:pStyle w:val="Header"/>
    </w:pPr>
    <w:r>
      <w:rPr>
        <w:noProof/>
      </w:rPr>
      <mc:AlternateContent>
        <mc:Choice Requires="wpg">
          <w:drawing>
            <wp:anchor distT="0" distB="0" distL="114300" distR="114300" simplePos="0" relativeHeight="251658240" behindDoc="0" locked="0" layoutInCell="1" allowOverlap="1" wp14:anchorId="33EA50B3" wp14:editId="0FAE5B06">
              <wp:simplePos x="0" y="0"/>
              <wp:positionH relativeFrom="column">
                <wp:posOffset>-615950</wp:posOffset>
              </wp:positionH>
              <wp:positionV relativeFrom="paragraph">
                <wp:posOffset>-57150</wp:posOffset>
              </wp:positionV>
              <wp:extent cx="1700530" cy="1023620"/>
              <wp:effectExtent l="0" t="0" r="0" b="5080"/>
              <wp:wrapNone/>
              <wp:docPr id="326972836" name="Group 1"/>
              <wp:cNvGraphicFramePr/>
              <a:graphic xmlns:a="http://schemas.openxmlformats.org/drawingml/2006/main">
                <a:graphicData uri="http://schemas.microsoft.com/office/word/2010/wordprocessingGroup">
                  <wpg:wgp>
                    <wpg:cNvGrpSpPr/>
                    <wpg:grpSpPr>
                      <a:xfrm>
                        <a:off x="0" y="0"/>
                        <a:ext cx="1700530" cy="1023620"/>
                        <a:chOff x="0" y="0"/>
                        <a:chExt cx="1700530" cy="1023620"/>
                      </a:xfrm>
                    </wpg:grpSpPr>
                    <wpg:grpSp>
                      <wpg:cNvPr id="158" name="Group 56"/>
                      <wpg:cNvGrpSpPr/>
                      <wpg:grpSpPr>
                        <a:xfrm>
                          <a:off x="0" y="0"/>
                          <a:ext cx="1700530" cy="102362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txbx>
                          <w:txbxContent>
                            <w:p w14:paraId="6B4290EA" w14:textId="77777777" w:rsidR="004C7EFB" w:rsidRDefault="004C7EFB" w:rsidP="004C7EF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grpSp>
                    <pic:pic xmlns:pic="http://schemas.openxmlformats.org/drawingml/2006/picture">
                      <pic:nvPicPr>
                        <pic:cNvPr id="1208352093" name="Picture 1"/>
                        <pic:cNvPicPr>
                          <a:picLocks noChangeAspect="1"/>
                        </pic:cNvPicPr>
                      </pic:nvPicPr>
                      <pic:blipFill>
                        <a:blip r:embed="rId2"/>
                        <a:stretch>
                          <a:fillRect/>
                        </a:stretch>
                      </pic:blipFill>
                      <pic:spPr>
                        <a:xfrm>
                          <a:off x="431800" y="133350"/>
                          <a:ext cx="577850" cy="5778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EA50B3" id="Group 1" o:spid="_x0000_s1026" style="position:absolute;margin-left:-48.5pt;margin-top:-4.5pt;width:133.9pt;height:80.6pt;z-index:251658240;mso-width-relative:margin;mso-height-relative:margin" coordsize="17005,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W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WgB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G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">
              <v:group id="Group 56" o:spid="_x0000_s1027" style="position:absolute;width:17005;height:10236"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" fillcolor="window" stroked="f" strokeweight="2pt">
                    <v:fill opacity="0"/>
                  </v:rect>
                  <v:shape id="Rectangle 1" o:spid="_x0000_s1030"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" path="m,l1462822,,910372,376306,,1014481,,xe" fillcolor="#4f81bd" stroked="f" strokeweight="2pt">
                    <v:path arrowok="t" o:connecttype="custom" o:connectlocs="0,0;1463040,0;910508,376493;0,1014984;0,0" o:connectangles="0,0,0,0,0"/>
                  </v:shape>
                  <v:rect id="Rectangle 162" o:spid="_x0000_s103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3" o:title="" recolor="t" rotate="t" type="frame"/>
                  </v:rect>
                </v:group>
                <v:shapetype id="_x0000_t202" coordsize="21600,21600" o:spt="202" path="m,l,21600r21600,l21600,xe">
                  <v:stroke joinstyle="miter"/>
                  <v:path gradientshapeok="t" o:connecttype="rect"/>
                </v:shapetype>
                <v:shape id="Text Box 163" o:spid="_x0000_s1032"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6B4290EA" w14:textId="77777777" w:rsidR="004C7EFB" w:rsidRDefault="004C7EFB" w:rsidP="004C7EF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4318;top:1333;width:5778;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">
                <v:imagedata r:id="rId4" o:title=""/>
              </v:shape>
            </v:group>
          </w:pict>
        </mc:Fallback>
      </mc:AlternateContent>
    </w:r>
  </w:p>
  <w:p w14:paraId="03510DE2" w14:textId="77777777" w:rsidR="004C7EFB" w:rsidRDefault="004C7E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E6D1A" w14:textId="77777777" w:rsidR="004C7EFB" w:rsidRDefault="004C7E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90621514">
    <w:abstractNumId w:val="8"/>
  </w:num>
  <w:num w:numId="2" w16cid:durableId="128594559">
    <w:abstractNumId w:val="6"/>
  </w:num>
  <w:num w:numId="3" w16cid:durableId="82772106">
    <w:abstractNumId w:val="5"/>
  </w:num>
  <w:num w:numId="4" w16cid:durableId="1931620166">
    <w:abstractNumId w:val="4"/>
  </w:num>
  <w:num w:numId="5" w16cid:durableId="1035891615">
    <w:abstractNumId w:val="7"/>
  </w:num>
  <w:num w:numId="6" w16cid:durableId="1273050916">
    <w:abstractNumId w:val="3"/>
  </w:num>
  <w:num w:numId="7" w16cid:durableId="486673190">
    <w:abstractNumId w:val="2"/>
  </w:num>
  <w:num w:numId="8" w16cid:durableId="1929269676">
    <w:abstractNumId w:val="1"/>
  </w:num>
  <w:num w:numId="9" w16cid:durableId="1102990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6A4"/>
    <w:rsid w:val="0015074B"/>
    <w:rsid w:val="001D4E8B"/>
    <w:rsid w:val="0029639D"/>
    <w:rsid w:val="00326F90"/>
    <w:rsid w:val="004C7EFB"/>
    <w:rsid w:val="00AA1D8D"/>
    <w:rsid w:val="00AE4A62"/>
    <w:rsid w:val="00B47730"/>
    <w:rsid w:val="00BE74F7"/>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2D6F6C"/>
  <w14:defaultImageDpi w14:val="300"/>
  <w15:docId w15:val="{062A62AC-E1EC-4968-826F-665606CC3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0F4CD6A8614F6CB84431780CEB2409"/>
        <w:category>
          <w:name w:val="General"/>
          <w:gallery w:val="placeholder"/>
        </w:category>
        <w:types>
          <w:type w:val="bbPlcHdr"/>
        </w:types>
        <w:behaviors>
          <w:behavior w:val="content"/>
        </w:behaviors>
        <w:guid w:val="{85EBE734-1C29-401A-9E4F-12A60A3A61BD}"/>
      </w:docPartPr>
      <w:docPartBody>
        <w:p w:rsidR="00000000" w:rsidRDefault="00442412" w:rsidP="00442412">
          <w:pPr>
            <w:pStyle w:val="980F4CD6A8614F6CB84431780CEB2409"/>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412"/>
    <w:rsid w:val="00442412"/>
    <w:rsid w:val="00BE74F7"/>
    <w:rsid w:val="00D23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3063DD965D4114B5CAD6503349E635">
    <w:name w:val="583063DD965D4114B5CAD6503349E635"/>
    <w:rsid w:val="00442412"/>
  </w:style>
  <w:style w:type="character" w:styleId="PlaceholderText">
    <w:name w:val="Placeholder Text"/>
    <w:basedOn w:val="DefaultParagraphFont"/>
    <w:uiPriority w:val="99"/>
    <w:semiHidden/>
    <w:rsid w:val="00442412"/>
    <w:rPr>
      <w:color w:val="808080"/>
    </w:rPr>
  </w:style>
  <w:style w:type="paragraph" w:customStyle="1" w:styleId="980F4CD6A8614F6CB84431780CEB2409">
    <w:name w:val="980F4CD6A8614F6CB84431780CEB2409"/>
    <w:rsid w:val="00442412"/>
  </w:style>
  <w:style w:type="paragraph" w:customStyle="1" w:styleId="DC79A99A5F04414C8946904EBD2B8D95">
    <w:name w:val="DC79A99A5F04414C8946904EBD2B8D95"/>
    <w:rsid w:val="004424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WWW.GROWTHARCCARECONCIERGE.COM.AU</dc:creator>
  <cp:keywords/>
  <dc:description>generated by python-docx</dc:description>
  <cp:lastModifiedBy>Belinda Mellis</cp:lastModifiedBy>
  <cp:revision>2</cp:revision>
  <dcterms:created xsi:type="dcterms:W3CDTF">2025-11-22T22:51:00Z</dcterms:created>
  <dcterms:modified xsi:type="dcterms:W3CDTF">2025-11-22T22:51:00Z</dcterms:modified>
  <cp:category/>
</cp:coreProperties>
</file>