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519770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sdtEndPr>
      <w:sdtContent>
        <w:p w14:paraId="5D93A13F" w14:textId="03876943" w:rsidR="00FF695D" w:rsidRDefault="00FF695D"/>
        <w:p w14:paraId="38413959" w14:textId="77777777" w:rsidR="00FF695D" w:rsidRPr="00FF695D" w:rsidRDefault="00FF695D" w:rsidP="00FF695D">
          <w:pPr>
            <w:pStyle w:val="Title"/>
            <w:jc w:val="center"/>
            <w:rPr>
              <w:rFonts w:cstheme="majorHAnsi"/>
            </w:rPr>
          </w:pPr>
          <w:proofErr w:type="spellStart"/>
          <w:r w:rsidRPr="00FF695D">
            <w:rPr>
              <w:rFonts w:cstheme="majorHAnsi"/>
            </w:rPr>
            <w:t>GrowthArc</w:t>
          </w:r>
          <w:proofErr w:type="spellEnd"/>
          <w:r w:rsidRPr="00FF695D">
            <w:rPr>
              <w:rFonts w:cstheme="majorHAnsi"/>
            </w:rPr>
            <w:t xml:space="preserve"> Care Concierge</w:t>
          </w:r>
        </w:p>
        <w:p w14:paraId="3941DD87" w14:textId="77777777" w:rsidR="00FF695D" w:rsidRPr="00FF695D" w:rsidRDefault="00FF695D" w:rsidP="00FF695D">
          <w:pPr>
            <w:jc w:val="center"/>
            <w:rPr>
              <w:rFonts w:asciiTheme="majorHAnsi" w:hAnsiTheme="majorHAnsi" w:cstheme="majorHAnsi"/>
            </w:rPr>
          </w:pPr>
          <w:r w:rsidRPr="00FF695D">
            <w:rPr>
              <w:rFonts w:asciiTheme="majorHAnsi" w:hAnsiTheme="majorHAnsi" w:cstheme="majorHAnsi"/>
            </w:rPr>
            <w:t>Client Agreement &amp; Policy Pack</w:t>
          </w:r>
        </w:p>
        <w:p w14:paraId="2EDC67D9" w14:textId="77777777" w:rsidR="00FF695D" w:rsidRPr="00FF695D" w:rsidRDefault="00FF695D" w:rsidP="00FF695D">
          <w:pPr>
            <w:jc w:val="center"/>
            <w:rPr>
              <w:rFonts w:asciiTheme="majorHAnsi" w:hAnsiTheme="majorHAnsi" w:cstheme="majorHAnsi"/>
            </w:rPr>
          </w:pPr>
          <w:r w:rsidRPr="00FF695D">
            <w:rPr>
              <w:rFonts w:asciiTheme="majorHAnsi" w:hAnsiTheme="majorHAnsi" w:cstheme="majorHAnsi"/>
            </w:rPr>
            <w:t>www.growtharccareconcierge.com.au</w:t>
          </w:r>
        </w:p>
        <w:p w14:paraId="23772072" w14:textId="5AD2C648" w:rsidR="00FF695D" w:rsidRDefault="00FF695D" w:rsidP="00FF695D">
          <w:pPr>
            <w:pStyle w:val="Title"/>
            <w:jc w:val="center"/>
          </w:pPr>
          <w:r>
            <w:br w:type="page"/>
          </w:r>
        </w:p>
      </w:sdtContent>
    </w:sdt>
    <w:p w14:paraId="776A1D93" w14:textId="1BD1A7DC" w:rsidR="00FF695D" w:rsidRPr="00FF695D" w:rsidRDefault="00FF695D" w:rsidP="00FF695D">
      <w:pPr>
        <w:pStyle w:val="Title"/>
      </w:pPr>
    </w:p>
    <w:p w14:paraId="2A5FE97E" w14:textId="7D8BCDFB" w:rsidR="006D39D6" w:rsidRDefault="00000000">
      <w:pPr>
        <w:pStyle w:val="Heading1"/>
      </w:pPr>
      <w:proofErr w:type="spellStart"/>
      <w:r>
        <w:t>GrowthArc</w:t>
      </w:r>
      <w:proofErr w:type="spellEnd"/>
      <w:r>
        <w:t xml:space="preserve"> Care Concierge – Client Agreement &amp; Policy Pack</w:t>
      </w:r>
    </w:p>
    <w:p w14:paraId="238AF914" w14:textId="77777777" w:rsidR="00BE6EA3" w:rsidRDefault="00BE6EA3"/>
    <w:p w14:paraId="3C8D536D" w14:textId="43295411" w:rsidR="006D39D6" w:rsidRDefault="00000000">
      <w:r>
        <w:t>This Client Agreement outlines the combined terms, policies and expectations governing all services provided by GrowthArc Care Concierge. By signing this agreement, you acknowledge and accept the conditions below.</w:t>
      </w:r>
    </w:p>
    <w:p w14:paraId="0BC0AD36" w14:textId="77777777" w:rsidR="00E60702" w:rsidRPr="00E60702" w:rsidRDefault="00E60702" w:rsidP="00E60702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</w:pPr>
      <w:r w:rsidRPr="00E60702"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  <w:t>Client Details</w:t>
      </w:r>
    </w:p>
    <w:p w14:paraId="79C19C4C" w14:textId="77777777" w:rsidR="00E60702" w:rsidRPr="00E60702" w:rsidRDefault="00E60702" w:rsidP="00E60702">
      <w:p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lang w:val="en-AU" w:eastAsia="en-AU"/>
        </w:rPr>
        <w:t>Please complete all relevant fields.</w:t>
      </w:r>
    </w:p>
    <w:p w14:paraId="13960BD8" w14:textId="7D38C43C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Full Name: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bookmarkStart w:id="0" w:name="_Hlk214782232"/>
      <w:r w:rsidRPr="00E60702">
        <w:rPr>
          <w:rFonts w:eastAsia="Times New Roman" w:cs="Times New Roman"/>
          <w:lang w:val="en-AU" w:eastAsia="en-AU"/>
        </w:rPr>
        <w:t>______________________________________________</w:t>
      </w:r>
      <w:bookmarkEnd w:id="0"/>
    </w:p>
    <w:p w14:paraId="7E51173C" w14:textId="26070283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Date of Birth: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07F55ABA" w14:textId="259D9905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Residential Address: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6AA643D8" w14:textId="77777777" w:rsidR="00E60702" w:rsidRPr="00E60702" w:rsidRDefault="00E60702" w:rsidP="00E60702">
      <w:pPr>
        <w:spacing w:after="0" w:line="240" w:lineRule="auto"/>
        <w:ind w:left="720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lang w:val="en-AU" w:eastAsia="en-AU"/>
        </w:rPr>
        <w:pict w14:anchorId="288A6F69">
          <v:rect id="_x0000_i1063" style="width:0;height:1.5pt" o:hralign="center" o:hrstd="t" o:hr="t" fillcolor="#a0a0a0" stroked="f"/>
        </w:pict>
      </w:r>
    </w:p>
    <w:p w14:paraId="0785B11B" w14:textId="2E5BF3D9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Phone Number: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40916E73" w14:textId="714E9B8F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Email Address: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157CF198" w14:textId="77777777" w:rsidR="00E60702" w:rsidRPr="00E60702" w:rsidRDefault="00E60702" w:rsidP="00E607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Preferred Contact Method:</w:t>
      </w:r>
      <w:r w:rsidRPr="00E60702">
        <w:rPr>
          <w:rFonts w:eastAsia="Times New Roman" w:cs="Times New Roman"/>
          <w:lang w:val="en-AU" w:eastAsia="en-AU"/>
        </w:rPr>
        <w:br/>
      </w:r>
      <w:r w:rsidRPr="00E60702">
        <w:rPr>
          <w:rFonts w:ascii="Segoe UI Symbol" w:eastAsia="Times New Roman" w:hAnsi="Segoe UI Symbol" w:cs="Segoe UI Symbol"/>
          <w:lang w:val="en-AU" w:eastAsia="en-AU"/>
        </w:rPr>
        <w:t>☐</w:t>
      </w:r>
      <w:r w:rsidRPr="00E60702">
        <w:rPr>
          <w:rFonts w:eastAsia="Times New Roman" w:cs="Times New Roman"/>
          <w:lang w:val="en-AU" w:eastAsia="en-AU"/>
        </w:rPr>
        <w:t xml:space="preserve"> Phone</w:t>
      </w:r>
      <w:r w:rsidRPr="00E60702">
        <w:rPr>
          <w:rFonts w:eastAsia="Times New Roman" w:cs="Times New Roman"/>
          <w:lang w:val="en-AU" w:eastAsia="en-AU"/>
        </w:rPr>
        <w:t> </w:t>
      </w:r>
      <w:r w:rsidRPr="00E60702">
        <w:rPr>
          <w:rFonts w:eastAsia="Times New Roman" w:cs="Times New Roman"/>
          <w:lang w:val="en-AU" w:eastAsia="en-AU"/>
        </w:rPr>
        <w:t> </w:t>
      </w:r>
      <w:r w:rsidRPr="00E60702">
        <w:rPr>
          <w:rFonts w:ascii="Segoe UI Symbol" w:eastAsia="Times New Roman" w:hAnsi="Segoe UI Symbol" w:cs="Segoe UI Symbol"/>
          <w:lang w:val="en-AU" w:eastAsia="en-AU"/>
        </w:rPr>
        <w:t>☐</w:t>
      </w:r>
      <w:r w:rsidRPr="00E60702">
        <w:rPr>
          <w:rFonts w:eastAsia="Times New Roman" w:cs="Times New Roman"/>
          <w:lang w:val="en-AU" w:eastAsia="en-AU"/>
        </w:rPr>
        <w:t xml:space="preserve"> Email</w:t>
      </w:r>
      <w:r w:rsidRPr="00E60702">
        <w:rPr>
          <w:rFonts w:eastAsia="Times New Roman" w:cs="Times New Roman"/>
          <w:lang w:val="en-AU" w:eastAsia="en-AU"/>
        </w:rPr>
        <w:t> </w:t>
      </w:r>
      <w:r w:rsidRPr="00E60702">
        <w:rPr>
          <w:rFonts w:eastAsia="Times New Roman" w:cs="Times New Roman"/>
          <w:lang w:val="en-AU" w:eastAsia="en-AU"/>
        </w:rPr>
        <w:t> </w:t>
      </w:r>
      <w:r w:rsidRPr="00E60702">
        <w:rPr>
          <w:rFonts w:ascii="Segoe UI Symbol" w:eastAsia="Times New Roman" w:hAnsi="Segoe UI Symbol" w:cs="Segoe UI Symbol"/>
          <w:lang w:val="en-AU" w:eastAsia="en-AU"/>
        </w:rPr>
        <w:t>☐</w:t>
      </w:r>
      <w:r w:rsidRPr="00E60702">
        <w:rPr>
          <w:rFonts w:eastAsia="Times New Roman" w:cs="Times New Roman"/>
          <w:lang w:val="en-AU" w:eastAsia="en-AU"/>
        </w:rPr>
        <w:t xml:space="preserve"> SMS</w:t>
      </w:r>
    </w:p>
    <w:p w14:paraId="754D0B96" w14:textId="77777777" w:rsidR="00E60702" w:rsidRPr="00E60702" w:rsidRDefault="00E60702" w:rsidP="00E60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r w:rsidRPr="00E60702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pict w14:anchorId="61E0D2BA">
          <v:rect id="_x0000_i1064" style="width:0;height:1.5pt" o:hralign="center" o:hrstd="t" o:hr="t" fillcolor="#a0a0a0" stroked="f"/>
        </w:pict>
      </w:r>
    </w:p>
    <w:p w14:paraId="27C2829D" w14:textId="77777777" w:rsidR="00E60702" w:rsidRPr="00E60702" w:rsidRDefault="00E60702" w:rsidP="00E60702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</w:pPr>
      <w:r w:rsidRPr="00E60702"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  <w:t>Emergency Contact (Optional but recommended)</w:t>
      </w:r>
    </w:p>
    <w:p w14:paraId="6C198418" w14:textId="62E430F8" w:rsidR="00E60702" w:rsidRPr="00E60702" w:rsidRDefault="00E60702" w:rsidP="00E6070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Name: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29ED7C5D" w14:textId="58754651" w:rsidR="00E60702" w:rsidRPr="00E60702" w:rsidRDefault="00E60702" w:rsidP="00E6070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Relationship: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16C8C824" w14:textId="0CEEE3E6" w:rsidR="00E60702" w:rsidRPr="00E60702" w:rsidRDefault="00E60702" w:rsidP="00E6070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Phone Number: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2FB2C414" w14:textId="77777777" w:rsidR="00E60702" w:rsidRPr="00E60702" w:rsidRDefault="00E60702" w:rsidP="00E607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r w:rsidRPr="00E60702"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  <w:pict w14:anchorId="090123A2">
          <v:rect id="_x0000_i1065" style="width:0;height:1.5pt" o:hralign="center" o:hrstd="t" o:hr="t" fillcolor="#a0a0a0" stroked="f"/>
        </w:pict>
      </w:r>
    </w:p>
    <w:p w14:paraId="7818F32D" w14:textId="77777777" w:rsidR="00E60702" w:rsidRPr="00E60702" w:rsidRDefault="00E60702" w:rsidP="00E60702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</w:pPr>
      <w:r w:rsidRPr="00E60702">
        <w:rPr>
          <w:rFonts w:asciiTheme="majorHAnsi" w:eastAsia="Times New Roman" w:hAnsiTheme="majorHAnsi" w:cstheme="majorHAnsi"/>
          <w:b/>
          <w:bCs/>
          <w:color w:val="4F81BD" w:themeColor="accent1"/>
          <w:sz w:val="27"/>
          <w:szCs w:val="27"/>
          <w:lang w:val="en-AU" w:eastAsia="en-AU"/>
        </w:rPr>
        <w:t>Authorised Representative (if applicable)</w:t>
      </w:r>
    </w:p>
    <w:p w14:paraId="70360339" w14:textId="77777777" w:rsidR="00E60702" w:rsidRPr="00E60702" w:rsidRDefault="00E60702" w:rsidP="00E60702">
      <w:p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lang w:val="en-AU" w:eastAsia="en-AU"/>
        </w:rPr>
        <w:t>(Only if someone will be involved in decisions or communications.)</w:t>
      </w:r>
    </w:p>
    <w:p w14:paraId="6326A7E7" w14:textId="22F747D1" w:rsidR="00E60702" w:rsidRPr="00E60702" w:rsidRDefault="00E60702" w:rsidP="00E6070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Full Name: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4E266AFC" w14:textId="77777777" w:rsidR="00E60702" w:rsidRPr="00E60702" w:rsidRDefault="00E60702" w:rsidP="00E6070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Relationship to Client:</w:t>
      </w:r>
      <w:r w:rsidRPr="00E60702">
        <w:rPr>
          <w:rFonts w:eastAsia="Times New Roman" w:cs="Times New Roman"/>
          <w:lang w:val="en-AU" w:eastAsia="en-AU"/>
        </w:rPr>
        <w:t xml:space="preserve"> </w:t>
      </w:r>
      <w:r w:rsidRPr="00E60702"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048DA8F1" w14:textId="16860AFA" w:rsidR="00E60702" w:rsidRPr="00E60702" w:rsidRDefault="00E60702" w:rsidP="00E6070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Phone Number:</w:t>
      </w:r>
      <w:r w:rsidRPr="00E60702">
        <w:rPr>
          <w:rFonts w:eastAsia="Times New Roman" w:cs="Times New Roman"/>
          <w:lang w:val="en-AU" w:eastAsia="en-AU"/>
        </w:rPr>
        <w:t xml:space="preserve"> </w:t>
      </w:r>
      <w:r w:rsidRPr="00E60702"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01935D61" w14:textId="77777777" w:rsidR="00E60702" w:rsidRPr="00E60702" w:rsidRDefault="00E60702" w:rsidP="00E6070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E60702">
        <w:rPr>
          <w:rFonts w:eastAsia="Times New Roman" w:cs="Times New Roman"/>
          <w:b/>
          <w:bCs/>
          <w:lang w:val="en-AU" w:eastAsia="en-AU"/>
        </w:rPr>
        <w:t>Email Address:</w:t>
      </w:r>
      <w:r w:rsidRPr="00E60702">
        <w:rPr>
          <w:rFonts w:eastAsia="Times New Roman" w:cs="Times New Roman"/>
          <w:lang w:val="en-AU" w:eastAsia="en-AU"/>
        </w:rPr>
        <w:t xml:space="preserve"> </w:t>
      </w:r>
      <w:r>
        <w:rPr>
          <w:rFonts w:eastAsia="Times New Roman" w:cs="Times New Roman"/>
          <w:lang w:val="en-AU" w:eastAsia="en-AU"/>
        </w:rPr>
        <w:tab/>
      </w:r>
      <w:r>
        <w:rPr>
          <w:rFonts w:eastAsia="Times New Roman" w:cs="Times New Roman"/>
          <w:lang w:val="en-AU" w:eastAsia="en-AU"/>
        </w:rPr>
        <w:tab/>
      </w:r>
      <w:r w:rsidRPr="00E60702">
        <w:rPr>
          <w:rFonts w:eastAsia="Times New Roman" w:cs="Times New Roman"/>
          <w:lang w:val="en-AU" w:eastAsia="en-AU"/>
        </w:rPr>
        <w:t>______________________________________________</w:t>
      </w:r>
    </w:p>
    <w:p w14:paraId="078A5359" w14:textId="77777777" w:rsidR="00E60702" w:rsidRDefault="00E60702" w:rsidP="00E60702">
      <w:pPr>
        <w:pStyle w:val="Heading2"/>
      </w:pPr>
    </w:p>
    <w:p w14:paraId="3030B374" w14:textId="380DE155" w:rsidR="00E60702" w:rsidRDefault="00E60702" w:rsidP="00E60702">
      <w:pPr>
        <w:pStyle w:val="Heading2"/>
      </w:pPr>
      <w:r>
        <w:t>Legal Decision-Making Authority</w:t>
      </w:r>
    </w:p>
    <w:p w14:paraId="57612D8D" w14:textId="77777777" w:rsidR="00E60702" w:rsidRDefault="00E60702" w:rsidP="00E60702">
      <w:r>
        <w:t>Please indicate whether any of the following are in place:</w:t>
      </w:r>
    </w:p>
    <w:p w14:paraId="461D4DD8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No formal authority in place</w:t>
      </w:r>
    </w:p>
    <w:p w14:paraId="6D402637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Power of Attorney (POA) – Financial</w:t>
      </w:r>
    </w:p>
    <w:p w14:paraId="51070883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Enduring Power of Attorney (EPOA)</w:t>
      </w:r>
    </w:p>
    <w:p w14:paraId="15DE5F3C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Enduring Guardian (EG) – Health &amp; Lifestyle</w:t>
      </w:r>
    </w:p>
    <w:p w14:paraId="0EF84BE1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Other (please specify): _______________________</w:t>
      </w:r>
    </w:p>
    <w:p w14:paraId="6683AA5D" w14:textId="77777777" w:rsidR="00E60702" w:rsidRPr="00692E53" w:rsidRDefault="00E60702" w:rsidP="00E60702">
      <w:pPr>
        <w:rPr>
          <w:sz w:val="8"/>
          <w:szCs w:val="8"/>
        </w:rPr>
      </w:pPr>
    </w:p>
    <w:p w14:paraId="642B9164" w14:textId="77777777" w:rsidR="00E60702" w:rsidRDefault="00E60702" w:rsidP="00E60702">
      <w:r>
        <w:t>A copy of the relevant document(s):</w:t>
      </w:r>
    </w:p>
    <w:p w14:paraId="7675A0D6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Will be provided</w:t>
      </w:r>
    </w:p>
    <w:p w14:paraId="19A82715" w14:textId="77777777" w:rsidR="00E60702" w:rsidRDefault="00E60702" w:rsidP="00E60702">
      <w:r>
        <w:rPr>
          <w:rFonts w:ascii="Segoe UI Symbol" w:hAnsi="Segoe UI Symbol" w:cs="Segoe UI Symbol"/>
        </w:rPr>
        <w:t>☐</w:t>
      </w:r>
      <w:r>
        <w:t xml:space="preserve"> Has already been provided</w:t>
      </w:r>
    </w:p>
    <w:p w14:paraId="4F7C9966" w14:textId="48270EE4" w:rsidR="00E60702" w:rsidRDefault="00E60702">
      <w:r>
        <w:rPr>
          <w:rFonts w:ascii="Segoe UI Symbol" w:hAnsi="Segoe UI Symbol" w:cs="Segoe UI Symbol"/>
        </w:rPr>
        <w:t>☐</w:t>
      </w:r>
      <w:r>
        <w:t xml:space="preserve"> Not applicable</w:t>
      </w:r>
    </w:p>
    <w:p w14:paraId="14C64F79" w14:textId="77777777" w:rsidR="006D39D6" w:rsidRDefault="00000000">
      <w:pPr>
        <w:pStyle w:val="Heading2"/>
      </w:pPr>
      <w:r>
        <w:t>1. Terms of Service</w:t>
      </w:r>
    </w:p>
    <w:p w14:paraId="16E38464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Services are organisational, coordination-based and non-clinical.</w:t>
      </w:r>
    </w:p>
    <w:p w14:paraId="315AA2FB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All guidance is administrative; no medical, legal or financial advice is provided.</w:t>
      </w:r>
    </w:p>
    <w:p w14:paraId="7D2B48ED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Services may be delivered in person, by phone or online.</w:t>
      </w:r>
    </w:p>
    <w:p w14:paraId="0099B2D3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Service availability may vary based on scheduling and demand.</w:t>
      </w:r>
    </w:p>
    <w:p w14:paraId="236DEC8C" w14:textId="77777777" w:rsidR="006D39D6" w:rsidRDefault="00000000">
      <w:pPr>
        <w:pStyle w:val="Heading2"/>
      </w:pPr>
      <w:r>
        <w:t>2. Privacy Statement (Summary)</w:t>
      </w:r>
    </w:p>
    <w:p w14:paraId="4B186A90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Your information is collected for service delivery and coordination purposes.</w:t>
      </w:r>
    </w:p>
    <w:p w14:paraId="02BCE208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Information is stored securely and only shared with your written consent.</w:t>
      </w:r>
    </w:p>
    <w:p w14:paraId="23380242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You may request access to or deletion of your personal information.</w:t>
      </w:r>
    </w:p>
    <w:p w14:paraId="36BB5E0B" w14:textId="77777777" w:rsidR="006D39D6" w:rsidRDefault="00000000">
      <w:pPr>
        <w:pStyle w:val="Heading2"/>
      </w:pPr>
      <w:r>
        <w:t>3. Payment &amp; Refund Policy</w:t>
      </w:r>
    </w:p>
    <w:p w14:paraId="4D13A217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Payment is required prior to each booked service unless invoicing is approved in writing.</w:t>
      </w:r>
    </w:p>
    <w:p w14:paraId="053E1AE2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Where invoicing is approved, payment is due within 7 days.</w:t>
      </w:r>
    </w:p>
    <w:p w14:paraId="3A9A115D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Cancellations with under 24 hours’ notice may be charged at full rate.</w:t>
      </w:r>
    </w:p>
    <w:p w14:paraId="4398FEA4" w14:textId="77777777" w:rsidR="006D39D6" w:rsidRDefault="00000000" w:rsidP="00BE6EA3">
      <w:pPr>
        <w:pStyle w:val="ListBullet"/>
        <w:numPr>
          <w:ilvl w:val="0"/>
          <w:numId w:val="0"/>
        </w:numPr>
      </w:pPr>
      <w:r>
        <w:t xml:space="preserve">• Refunds apply only where services were not </w:t>
      </w:r>
      <w:proofErr w:type="gramStart"/>
      <w:r>
        <w:t>delivered</w:t>
      </w:r>
      <w:proofErr w:type="gramEnd"/>
      <w:r>
        <w:t xml:space="preserve"> or errors occurred on our part.</w:t>
      </w:r>
    </w:p>
    <w:p w14:paraId="590E6299" w14:textId="77777777" w:rsidR="00692E53" w:rsidRDefault="00692E53" w:rsidP="00BE6EA3">
      <w:pPr>
        <w:pStyle w:val="ListBullet"/>
        <w:numPr>
          <w:ilvl w:val="0"/>
          <w:numId w:val="0"/>
        </w:numPr>
      </w:pPr>
    </w:p>
    <w:p w14:paraId="72421BC3" w14:textId="77777777" w:rsidR="00692E53" w:rsidRDefault="00692E53">
      <w:pPr>
        <w:pStyle w:val="Heading2"/>
      </w:pPr>
    </w:p>
    <w:p w14:paraId="5F6DBBF5" w14:textId="17E97534" w:rsidR="006D39D6" w:rsidRDefault="00000000">
      <w:pPr>
        <w:pStyle w:val="Heading2"/>
      </w:pPr>
      <w:r>
        <w:t>4. Client Code of Conduct</w:t>
      </w:r>
    </w:p>
    <w:p w14:paraId="0FD092CE" w14:textId="77777777" w:rsidR="006D39D6" w:rsidRDefault="00000000" w:rsidP="00BE6EA3">
      <w:pPr>
        <w:pStyle w:val="ListBullet"/>
        <w:numPr>
          <w:ilvl w:val="0"/>
          <w:numId w:val="0"/>
        </w:numPr>
      </w:pPr>
      <w:r>
        <w:t xml:space="preserve">• Mutual respect is </w:t>
      </w:r>
      <w:proofErr w:type="gramStart"/>
      <w:r>
        <w:t>expected at all times</w:t>
      </w:r>
      <w:proofErr w:type="gramEnd"/>
      <w:r>
        <w:t>.</w:t>
      </w:r>
    </w:p>
    <w:p w14:paraId="4F9C926C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Communication must remain courteous and non-threatening.</w:t>
      </w:r>
    </w:p>
    <w:p w14:paraId="44AA0BCE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The safety and wellbeing of both parties is paramount.</w:t>
      </w:r>
    </w:p>
    <w:p w14:paraId="4A93BE1E" w14:textId="77777777" w:rsidR="006D39D6" w:rsidRDefault="00000000">
      <w:pPr>
        <w:pStyle w:val="Heading2"/>
      </w:pPr>
      <w:r>
        <w:t>5. Zero Tolerance Clause</w:t>
      </w:r>
    </w:p>
    <w:p w14:paraId="20F16E66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Abusive, aggressive, intimidating or disrespectful behaviour will not be tolerated.</w:t>
      </w:r>
    </w:p>
    <w:p w14:paraId="69250F4D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Services may be paused or ceased immediately if such behaviour occurs.</w:t>
      </w:r>
    </w:p>
    <w:p w14:paraId="4DC8EB6B" w14:textId="77777777" w:rsidR="006D39D6" w:rsidRDefault="00000000">
      <w:pPr>
        <w:pStyle w:val="Heading2"/>
      </w:pPr>
      <w:r>
        <w:t>6. Right to Refuse Service</w:t>
      </w:r>
    </w:p>
    <w:p w14:paraId="2FFC37AC" w14:textId="77777777" w:rsidR="006D39D6" w:rsidRDefault="00000000" w:rsidP="00BE6EA3">
      <w:pPr>
        <w:pStyle w:val="ListBullet"/>
        <w:numPr>
          <w:ilvl w:val="0"/>
          <w:numId w:val="0"/>
        </w:numPr>
      </w:pPr>
      <w:r>
        <w:t>• GrowthArc may discontinue or decline services where safety, boundaries or legal requirements are compromised.</w:t>
      </w:r>
    </w:p>
    <w:p w14:paraId="6C75F85B" w14:textId="77777777" w:rsidR="00692E53" w:rsidRDefault="00000000" w:rsidP="00692E53">
      <w:pPr>
        <w:pStyle w:val="ListBullet"/>
        <w:numPr>
          <w:ilvl w:val="0"/>
          <w:numId w:val="0"/>
        </w:numPr>
      </w:pPr>
      <w:r>
        <w:t>• Services may be declined if requested tasks fall outside the defined Scope of Practice.</w:t>
      </w:r>
    </w:p>
    <w:p w14:paraId="2C9D39E7" w14:textId="77777777" w:rsidR="00692E53" w:rsidRDefault="00692E53" w:rsidP="00692E53">
      <w:pPr>
        <w:pStyle w:val="ListBullet"/>
        <w:numPr>
          <w:ilvl w:val="0"/>
          <w:numId w:val="0"/>
        </w:numPr>
      </w:pPr>
    </w:p>
    <w:p w14:paraId="5A631B5D" w14:textId="77777777" w:rsidR="00692E53" w:rsidRPr="00692E53" w:rsidRDefault="00692E53" w:rsidP="00692E53">
      <w:pPr>
        <w:pStyle w:val="ListBullet"/>
        <w:numPr>
          <w:ilvl w:val="0"/>
          <w:numId w:val="0"/>
        </w:numPr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</w:pPr>
      <w:r w:rsidRPr="00692E53">
        <w:rPr>
          <w:rFonts w:asciiTheme="majorHAnsi" w:hAnsiTheme="majorHAnsi" w:cstheme="majorHAnsi"/>
          <w:b/>
          <w:bCs/>
          <w:color w:val="4F81BD" w:themeColor="accent1"/>
          <w:sz w:val="26"/>
          <w:szCs w:val="26"/>
        </w:rPr>
        <w:t>7. Scope of Practice</w:t>
      </w:r>
    </w:p>
    <w:p w14:paraId="271D9687" w14:textId="77777777" w:rsidR="00692E53" w:rsidRDefault="00692E53" w:rsidP="00692E53">
      <w:pPr>
        <w:pStyle w:val="ListBullet"/>
        <w:numPr>
          <w:ilvl w:val="0"/>
          <w:numId w:val="0"/>
        </w:numPr>
      </w:pPr>
      <w:r>
        <w:t xml:space="preserve">• Support includes </w:t>
      </w:r>
      <w:proofErr w:type="spellStart"/>
      <w:r>
        <w:t>organisation</w:t>
      </w:r>
      <w:proofErr w:type="spellEnd"/>
      <w:r>
        <w:t>, coordination, appointment preparation and non-clinical advocacy.</w:t>
      </w:r>
    </w:p>
    <w:p w14:paraId="3524876B" w14:textId="77777777" w:rsidR="00692E53" w:rsidRDefault="00692E53" w:rsidP="00692E53">
      <w:pPr>
        <w:pStyle w:val="ListBullet"/>
        <w:numPr>
          <w:ilvl w:val="0"/>
          <w:numId w:val="0"/>
        </w:numPr>
      </w:pPr>
      <w:r>
        <w:t>• No clinical care, medical advice, personal care or emergency response is provided.</w:t>
      </w:r>
    </w:p>
    <w:p w14:paraId="556BED8F" w14:textId="77777777" w:rsidR="00692E53" w:rsidRDefault="00692E53" w:rsidP="00692E53">
      <w:pPr>
        <w:pStyle w:val="ListBullet"/>
        <w:numPr>
          <w:ilvl w:val="0"/>
          <w:numId w:val="0"/>
        </w:numPr>
      </w:pPr>
      <w:r>
        <w:t xml:space="preserve">• All decisions remain the responsibility of the client or </w:t>
      </w:r>
      <w:proofErr w:type="spellStart"/>
      <w:r>
        <w:t>authorised</w:t>
      </w:r>
      <w:proofErr w:type="spellEnd"/>
      <w:r>
        <w:t xml:space="preserve"> decision-maker.</w:t>
      </w:r>
    </w:p>
    <w:p w14:paraId="43F53B1C" w14:textId="77777777" w:rsidR="00692E53" w:rsidRDefault="00692E53" w:rsidP="00692E53">
      <w:pPr>
        <w:pStyle w:val="ListBullet"/>
        <w:numPr>
          <w:ilvl w:val="0"/>
          <w:numId w:val="0"/>
        </w:numPr>
      </w:pPr>
    </w:p>
    <w:p w14:paraId="46C265B7" w14:textId="77777777" w:rsidR="00692E53" w:rsidRPr="00692E53" w:rsidRDefault="00692E53" w:rsidP="00692E53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2E53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8. Limitation of Liability</w:t>
      </w:r>
    </w:p>
    <w:p w14:paraId="2AC50149" w14:textId="77777777" w:rsidR="00692E53" w:rsidRPr="00692E53" w:rsidRDefault="00692E53" w:rsidP="00692E53">
      <w:pPr>
        <w:contextualSpacing/>
      </w:pPr>
      <w:r w:rsidRPr="00692E53">
        <w:t xml:space="preserve">• </w:t>
      </w:r>
      <w:proofErr w:type="spellStart"/>
      <w:r w:rsidRPr="00692E53">
        <w:t>GrowthArc</w:t>
      </w:r>
      <w:proofErr w:type="spellEnd"/>
      <w:r w:rsidRPr="00692E53">
        <w:t xml:space="preserve"> is not liable for outcomes of decisions made by the client or third-party providers.</w:t>
      </w:r>
    </w:p>
    <w:p w14:paraId="62CF2542" w14:textId="77777777" w:rsidR="00692E53" w:rsidRPr="00692E53" w:rsidRDefault="00692E53" w:rsidP="00692E53">
      <w:pPr>
        <w:contextualSpacing/>
      </w:pPr>
      <w:r w:rsidRPr="00692E53">
        <w:t xml:space="preserve">• </w:t>
      </w:r>
      <w:proofErr w:type="spellStart"/>
      <w:r w:rsidRPr="00692E53">
        <w:t>GrowthArc</w:t>
      </w:r>
      <w:proofErr w:type="spellEnd"/>
      <w:r w:rsidRPr="00692E53">
        <w:t xml:space="preserve"> is not responsible for any acts or omissions of external service providers.</w:t>
      </w:r>
    </w:p>
    <w:p w14:paraId="3FD549B7" w14:textId="77777777" w:rsidR="00692E53" w:rsidRPr="00692E53" w:rsidRDefault="00692E53" w:rsidP="00692E53">
      <w:pPr>
        <w:contextualSpacing/>
      </w:pPr>
      <w:r w:rsidRPr="00692E53">
        <w:t>• Liability is limited to the cost of the service provided.</w:t>
      </w:r>
    </w:p>
    <w:p w14:paraId="1DBE0C74" w14:textId="77777777" w:rsidR="00692E53" w:rsidRDefault="00692E5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14:paraId="0DD8574F" w14:textId="77777777" w:rsidR="00692E53" w:rsidRDefault="00692E53" w:rsidP="00692E53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7479CB2B" w14:textId="1EF09030" w:rsidR="00692E53" w:rsidRPr="00692E53" w:rsidRDefault="00692E53" w:rsidP="00692E53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692E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Client Declaration &amp; Signature</w:t>
      </w:r>
    </w:p>
    <w:p w14:paraId="7F741AB7" w14:textId="77777777" w:rsidR="00692E53" w:rsidRPr="00692E53" w:rsidRDefault="00692E53" w:rsidP="00692E53">
      <w:r w:rsidRPr="00692E53">
        <w:t xml:space="preserve">By signing below, I confirm that I have read, understood and agree to the </w:t>
      </w:r>
      <w:proofErr w:type="spellStart"/>
      <w:r w:rsidRPr="00692E53">
        <w:t>GrowthArc</w:t>
      </w:r>
      <w:proofErr w:type="spellEnd"/>
      <w:r w:rsidRPr="00692E53">
        <w:t xml:space="preserve"> Care Concierge Client Agreement &amp; Policy Pack in full. I acknowledge that the Authority to Release &amp; Exchange Information form is a separate document which I may complete if required.</w:t>
      </w:r>
    </w:p>
    <w:p w14:paraId="2431E67A" w14:textId="77777777" w:rsidR="00692E53" w:rsidRPr="00692E53" w:rsidRDefault="00692E53" w:rsidP="00692E53">
      <w:pPr>
        <w:spacing w:before="100" w:beforeAutospacing="1" w:after="100" w:afterAutospacing="1" w:line="240" w:lineRule="auto"/>
      </w:pPr>
      <w:r w:rsidRPr="00692E53">
        <w:rPr>
          <w:rFonts w:eastAsia="Times New Roman" w:cs="Times New Roman"/>
          <w:b/>
          <w:bCs/>
          <w:lang w:val="en-AU" w:eastAsia="en-AU"/>
        </w:rPr>
        <w:t>Name of Signatory:</w:t>
      </w:r>
      <w:r w:rsidRPr="00692E53">
        <w:rPr>
          <w:rFonts w:eastAsia="Times New Roman" w:cs="Times New Roman"/>
          <w:lang w:val="en-AU" w:eastAsia="en-AU"/>
        </w:rPr>
        <w:t xml:space="preserve"> </w:t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t>________________________________________</w:t>
      </w:r>
      <w:r w:rsidRPr="00692E53">
        <w:rPr>
          <w:rFonts w:eastAsia="Times New Roman" w:cs="Times New Roman"/>
          <w:lang w:val="en-AU" w:eastAsia="en-AU"/>
        </w:rPr>
        <w:br/>
      </w:r>
      <w:r w:rsidRPr="00692E53">
        <w:rPr>
          <w:rFonts w:eastAsia="Times New Roman" w:cs="Times New Roman"/>
          <w:b/>
          <w:bCs/>
          <w:lang w:val="en-AU" w:eastAsia="en-AU"/>
        </w:rPr>
        <w:t>Relationship to Client (if applicable):</w:t>
      </w:r>
      <w:r w:rsidRPr="00692E53">
        <w:rPr>
          <w:rFonts w:eastAsia="Times New Roman" w:cs="Times New Roman"/>
          <w:lang w:val="en-AU" w:eastAsia="en-AU"/>
        </w:rPr>
        <w:t xml:space="preserve"> </w:t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t>________________________________________</w:t>
      </w:r>
      <w:r w:rsidRPr="00692E53">
        <w:rPr>
          <w:rFonts w:eastAsia="Times New Roman" w:cs="Times New Roman"/>
          <w:lang w:val="en-AU" w:eastAsia="en-AU"/>
        </w:rPr>
        <w:br/>
      </w:r>
      <w:r w:rsidRPr="00692E53">
        <w:rPr>
          <w:rFonts w:eastAsia="Times New Roman" w:cs="Times New Roman"/>
          <w:b/>
          <w:bCs/>
          <w:lang w:val="en-AU" w:eastAsia="en-AU"/>
        </w:rPr>
        <w:t>Signature:</w:t>
      </w:r>
      <w:r w:rsidRPr="00692E53">
        <w:rPr>
          <w:rFonts w:eastAsia="Times New Roman" w:cs="Times New Roman"/>
          <w:lang w:val="en-AU" w:eastAsia="en-AU"/>
        </w:rPr>
        <w:t xml:space="preserve"> </w:t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t>________________________________________</w:t>
      </w:r>
    </w:p>
    <w:p w14:paraId="2963A3DF" w14:textId="77777777" w:rsidR="00692E53" w:rsidRPr="00692E53" w:rsidRDefault="00692E53" w:rsidP="00692E53">
      <w:p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692E53">
        <w:rPr>
          <w:rFonts w:eastAsia="Times New Roman" w:cs="Times New Roman"/>
          <w:b/>
          <w:bCs/>
          <w:lang w:val="en-AU" w:eastAsia="en-AU"/>
        </w:rPr>
        <w:t>Date:</w:t>
      </w:r>
      <w:r w:rsidRPr="00692E53">
        <w:rPr>
          <w:rFonts w:eastAsia="Times New Roman" w:cs="Times New Roman"/>
          <w:lang w:val="en-AU" w:eastAsia="en-AU"/>
        </w:rPr>
        <w:t xml:space="preserve"> </w:t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t>________________________________________</w:t>
      </w:r>
    </w:p>
    <w:p w14:paraId="6E927BC6" w14:textId="77777777" w:rsidR="00692E53" w:rsidRPr="00692E53" w:rsidRDefault="00692E53" w:rsidP="00692E53">
      <w:pPr>
        <w:spacing w:before="100" w:beforeAutospacing="1" w:after="100" w:afterAutospacing="1" w:line="240" w:lineRule="auto"/>
        <w:rPr>
          <w:rFonts w:eastAsia="Times New Roman" w:cs="Times New Roman"/>
          <w:lang w:val="en-AU" w:eastAsia="en-AU"/>
        </w:rPr>
      </w:pPr>
      <w:r w:rsidRPr="00692E53">
        <w:rPr>
          <w:rFonts w:ascii="Segoe UI Symbol" w:eastAsia="Times New Roman" w:hAnsi="Segoe UI Symbol" w:cs="Segoe UI Symbol"/>
          <w:b/>
          <w:bCs/>
          <w:lang w:val="en-AU" w:eastAsia="en-AU"/>
        </w:rPr>
        <w:t>☐</w:t>
      </w:r>
      <w:r w:rsidRPr="00692E53">
        <w:rPr>
          <w:rFonts w:eastAsia="Times New Roman" w:cs="Times New Roman"/>
          <w:b/>
          <w:bCs/>
          <w:lang w:val="en-AU" w:eastAsia="en-AU"/>
        </w:rPr>
        <w:t xml:space="preserve"> I am the client</w:t>
      </w:r>
      <w:r w:rsidRPr="00692E53">
        <w:rPr>
          <w:rFonts w:eastAsia="Times New Roman" w:cs="Times New Roman"/>
          <w:lang w:val="en-AU" w:eastAsia="en-AU"/>
        </w:rPr>
        <w:br/>
      </w:r>
      <w:r w:rsidRPr="00692E53">
        <w:rPr>
          <w:rFonts w:ascii="Segoe UI Symbol" w:eastAsia="Times New Roman" w:hAnsi="Segoe UI Symbol" w:cs="Segoe UI Symbol"/>
          <w:b/>
          <w:bCs/>
          <w:lang w:val="en-AU" w:eastAsia="en-AU"/>
        </w:rPr>
        <w:t>☐</w:t>
      </w:r>
      <w:r w:rsidRPr="00692E53">
        <w:rPr>
          <w:rFonts w:eastAsia="Times New Roman" w:cs="Times New Roman"/>
          <w:b/>
          <w:bCs/>
          <w:lang w:val="en-AU" w:eastAsia="en-AU"/>
        </w:rPr>
        <w:t xml:space="preserve"> I am signing on behalf of the client as:</w:t>
      </w:r>
      <w:r w:rsidRPr="00692E53">
        <w:rPr>
          <w:rFonts w:eastAsia="Times New Roman" w:cs="Times New Roman"/>
          <w:lang w:val="en-AU" w:eastAsia="en-AU"/>
        </w:rPr>
        <w:br/>
        <w:t>  </w:t>
      </w:r>
      <w:r w:rsidRPr="00692E53">
        <w:rPr>
          <w:rFonts w:ascii="Segoe UI Symbol" w:eastAsia="Times New Roman" w:hAnsi="Segoe UI Symbol" w:cs="Segoe UI Symbol"/>
          <w:lang w:val="en-AU" w:eastAsia="en-AU"/>
        </w:rPr>
        <w:t>☐</w:t>
      </w:r>
      <w:r w:rsidRPr="00692E53">
        <w:rPr>
          <w:rFonts w:eastAsia="Times New Roman" w:cs="Times New Roman"/>
          <w:lang w:val="en-AU" w:eastAsia="en-AU"/>
        </w:rPr>
        <w:t xml:space="preserve"> Power of Attorney (POA)</w:t>
      </w:r>
      <w:r w:rsidRPr="00692E53">
        <w:rPr>
          <w:rFonts w:eastAsia="Times New Roman" w:cs="Times New Roman"/>
          <w:lang w:val="en-AU" w:eastAsia="en-AU"/>
        </w:rPr>
        <w:br/>
        <w:t>  </w:t>
      </w:r>
      <w:r w:rsidRPr="00692E53">
        <w:rPr>
          <w:rFonts w:ascii="Segoe UI Symbol" w:eastAsia="Times New Roman" w:hAnsi="Segoe UI Symbol" w:cs="Segoe UI Symbol"/>
          <w:lang w:val="en-AU" w:eastAsia="en-AU"/>
        </w:rPr>
        <w:t>☐</w:t>
      </w:r>
      <w:r w:rsidRPr="00692E53">
        <w:rPr>
          <w:rFonts w:eastAsia="Times New Roman" w:cs="Times New Roman"/>
          <w:lang w:val="en-AU" w:eastAsia="en-AU"/>
        </w:rPr>
        <w:t xml:space="preserve"> Enduring Power of Attorney (EPOA)</w:t>
      </w:r>
      <w:r w:rsidRPr="00692E53">
        <w:rPr>
          <w:rFonts w:eastAsia="Times New Roman" w:cs="Times New Roman"/>
          <w:lang w:val="en-AU" w:eastAsia="en-AU"/>
        </w:rPr>
        <w:br/>
        <w:t>  </w:t>
      </w:r>
      <w:r w:rsidRPr="00692E53">
        <w:rPr>
          <w:rFonts w:ascii="Segoe UI Symbol" w:eastAsia="Times New Roman" w:hAnsi="Segoe UI Symbol" w:cs="Segoe UI Symbol"/>
          <w:lang w:val="en-AU" w:eastAsia="en-AU"/>
        </w:rPr>
        <w:t>☐</w:t>
      </w:r>
      <w:r w:rsidRPr="00692E53">
        <w:rPr>
          <w:rFonts w:eastAsia="Times New Roman" w:cs="Times New Roman"/>
          <w:lang w:val="en-AU" w:eastAsia="en-AU"/>
        </w:rPr>
        <w:t xml:space="preserve"> Enduring Guardian (EG)</w:t>
      </w:r>
      <w:r w:rsidRPr="00692E53">
        <w:rPr>
          <w:rFonts w:eastAsia="Times New Roman" w:cs="Times New Roman"/>
          <w:lang w:val="en-AU" w:eastAsia="en-AU"/>
        </w:rPr>
        <w:br/>
        <w:t>  </w:t>
      </w:r>
      <w:r w:rsidRPr="00692E53">
        <w:rPr>
          <w:rFonts w:ascii="Segoe UI Symbol" w:eastAsia="Times New Roman" w:hAnsi="Segoe UI Symbol" w:cs="Segoe UI Symbol"/>
          <w:lang w:val="en-AU" w:eastAsia="en-AU"/>
        </w:rPr>
        <w:t>☐</w:t>
      </w:r>
      <w:r w:rsidRPr="00692E53">
        <w:rPr>
          <w:rFonts w:eastAsia="Times New Roman" w:cs="Times New Roman"/>
          <w:lang w:val="en-AU" w:eastAsia="en-AU"/>
        </w:rPr>
        <w:t xml:space="preserve"> </w:t>
      </w:r>
      <w:proofErr w:type="gramStart"/>
      <w:r w:rsidRPr="00692E53">
        <w:rPr>
          <w:rFonts w:eastAsia="Times New Roman" w:cs="Times New Roman"/>
          <w:lang w:val="en-AU" w:eastAsia="en-AU"/>
        </w:rPr>
        <w:t>Other</w:t>
      </w:r>
      <w:proofErr w:type="gramEnd"/>
      <w:r w:rsidRPr="00692E53">
        <w:rPr>
          <w:rFonts w:eastAsia="Times New Roman" w:cs="Times New Roman"/>
          <w:lang w:val="en-AU" w:eastAsia="en-AU"/>
        </w:rPr>
        <w:t xml:space="preserve"> authorised representative (specify): </w:t>
      </w:r>
      <w:r w:rsidRPr="00692E53">
        <w:rPr>
          <w:rFonts w:eastAsia="Times New Roman" w:cs="Times New Roman"/>
          <w:lang w:val="en-AU" w:eastAsia="en-AU"/>
        </w:rPr>
        <w:tab/>
      </w:r>
      <w:r w:rsidRPr="00692E53">
        <w:t>________________________________________</w:t>
      </w:r>
    </w:p>
    <w:p w14:paraId="187CB66B" w14:textId="77777777" w:rsidR="00692E53" w:rsidRPr="00692E53" w:rsidRDefault="00692E53" w:rsidP="00692E53"/>
    <w:p w14:paraId="04A34C00" w14:textId="3F9A2B52" w:rsidR="00692E53" w:rsidRPr="00692E53" w:rsidRDefault="00692E53" w:rsidP="00692E53">
      <w:proofErr w:type="spellStart"/>
      <w:r w:rsidRPr="00692E53">
        <w:t>GrowthArc</w:t>
      </w:r>
      <w:proofErr w:type="spellEnd"/>
      <w:r w:rsidRPr="00692E53">
        <w:t xml:space="preserve"> Representative: </w:t>
      </w:r>
      <w:r w:rsidRPr="00692E53">
        <w:tab/>
      </w:r>
      <w:r w:rsidRPr="00692E53">
        <w:tab/>
      </w:r>
      <w:bookmarkStart w:id="1" w:name="_Hlk214782708"/>
      <w:r w:rsidRPr="00692E53">
        <w:tab/>
      </w:r>
      <w:r w:rsidRPr="00692E53">
        <w:tab/>
        <w:t>________________________________________</w:t>
      </w:r>
      <w:bookmarkEnd w:id="1"/>
    </w:p>
    <w:p w14:paraId="07A7533A" w14:textId="77777777" w:rsidR="00692E53" w:rsidRPr="00692E53" w:rsidRDefault="00692E53" w:rsidP="00692E53">
      <w:r w:rsidRPr="00692E53">
        <w:t xml:space="preserve">Signature: </w:t>
      </w:r>
      <w:r w:rsidRPr="00692E53">
        <w:tab/>
      </w:r>
      <w:r w:rsidRPr="00692E53">
        <w:tab/>
      </w:r>
      <w:r w:rsidRPr="00692E53">
        <w:tab/>
      </w:r>
      <w:r w:rsidRPr="00692E53">
        <w:tab/>
      </w:r>
      <w:r w:rsidRPr="00692E53">
        <w:tab/>
      </w:r>
      <w:r w:rsidRPr="00692E53">
        <w:tab/>
        <w:t>________________________________________</w:t>
      </w:r>
    </w:p>
    <w:p w14:paraId="39308687" w14:textId="77777777" w:rsidR="00692E53" w:rsidRPr="00692E53" w:rsidRDefault="00692E53" w:rsidP="00692E53">
      <w:r w:rsidRPr="00692E53">
        <w:t xml:space="preserve">Date: </w:t>
      </w:r>
      <w:r w:rsidRPr="00692E53">
        <w:tab/>
      </w:r>
      <w:r w:rsidRPr="00692E53">
        <w:tab/>
      </w:r>
      <w:r w:rsidRPr="00692E53">
        <w:tab/>
      </w:r>
      <w:r w:rsidRPr="00692E53">
        <w:tab/>
      </w:r>
      <w:r w:rsidRPr="00692E53">
        <w:tab/>
      </w:r>
      <w:r w:rsidRPr="00692E53">
        <w:tab/>
      </w:r>
      <w:r w:rsidRPr="00692E53">
        <w:tab/>
        <w:t>________________________________________</w:t>
      </w:r>
    </w:p>
    <w:p w14:paraId="15A5B433" w14:textId="77777777" w:rsidR="00692E53" w:rsidRPr="00692E53" w:rsidRDefault="00692E53" w:rsidP="00692E53">
      <w:pPr>
        <w:contextualSpacing/>
      </w:pPr>
    </w:p>
    <w:p w14:paraId="62D0CE67" w14:textId="77777777" w:rsidR="00692E53" w:rsidRDefault="00692E53" w:rsidP="00692E53">
      <w:pPr>
        <w:pStyle w:val="ListBullet"/>
        <w:numPr>
          <w:ilvl w:val="0"/>
          <w:numId w:val="0"/>
        </w:numPr>
      </w:pPr>
    </w:p>
    <w:p w14:paraId="28EC3C66" w14:textId="77777777" w:rsidR="00692E53" w:rsidRDefault="00692E53" w:rsidP="00692E53">
      <w:pPr>
        <w:pStyle w:val="ListBullet"/>
        <w:numPr>
          <w:ilvl w:val="0"/>
          <w:numId w:val="0"/>
        </w:numPr>
      </w:pPr>
    </w:p>
    <w:p w14:paraId="7299D6EC" w14:textId="036EE13F" w:rsidR="006D39D6" w:rsidRDefault="006D39D6" w:rsidP="00692E53">
      <w:pPr>
        <w:pStyle w:val="ListBullet"/>
        <w:numPr>
          <w:ilvl w:val="0"/>
          <w:numId w:val="0"/>
        </w:numPr>
      </w:pPr>
    </w:p>
    <w:sectPr w:rsidR="006D39D6" w:rsidSect="00FF695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B1599" w14:textId="77777777" w:rsidR="00BC1259" w:rsidRDefault="00BC1259" w:rsidP="00BE6EA3">
      <w:pPr>
        <w:spacing w:after="0" w:line="240" w:lineRule="auto"/>
      </w:pPr>
      <w:r>
        <w:separator/>
      </w:r>
    </w:p>
  </w:endnote>
  <w:endnote w:type="continuationSeparator" w:id="0">
    <w:p w14:paraId="24D52E87" w14:textId="77777777" w:rsidR="00BC1259" w:rsidRDefault="00BC1259" w:rsidP="00BE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70"/>
      <w:gridCol w:w="4070"/>
    </w:tblGrid>
    <w:tr w:rsidR="00BE6EA3" w14:paraId="4C03C19E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511E213E" w14:textId="77777777" w:rsidR="00BE6EA3" w:rsidRDefault="00BE6EA3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0BEE3213" w14:textId="77777777" w:rsidR="00BE6EA3" w:rsidRDefault="00BE6EA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BE6EA3" w14:paraId="056591EA" w14:textId="77777777">
      <w:trPr>
        <w:jc w:val="center"/>
      </w:trPr>
      <w:sdt>
        <w:sdtPr>
          <w:rPr>
            <w:rFonts w:ascii="Cambria" w:eastAsia="MS Mincho" w:hAnsi="Cambria" w:cs="Times New Roman"/>
            <w:caps/>
            <w:sz w:val="18"/>
          </w:rPr>
          <w:alias w:val="Author"/>
          <w:tag w:val=""/>
          <w:id w:val="1534151868"/>
          <w:placeholder>
            <w:docPart w:val="71C209BEC4C04996AE014CEF002BA74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727A583" w14:textId="33F2E322" w:rsidR="00BE6EA3" w:rsidRDefault="00BE6EA3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BE6EA3">
                <w:rPr>
                  <w:rFonts w:ascii="Cambria" w:eastAsia="MS Mincho" w:hAnsi="Cambria" w:cs="Times New Roman"/>
                  <w:caps/>
                  <w:sz w:val="18"/>
                </w:rPr>
                <w:t>WWW.GROWTHARCCARECONCIERGE.COM.AU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70567A2" w14:textId="77777777" w:rsidR="00BE6EA3" w:rsidRDefault="00BE6EA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0D328BB" w14:textId="77777777" w:rsidR="00BE6EA3" w:rsidRDefault="00BE6E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0D9E5" w14:textId="77777777" w:rsidR="00BC1259" w:rsidRDefault="00BC1259" w:rsidP="00BE6EA3">
      <w:pPr>
        <w:spacing w:after="0" w:line="240" w:lineRule="auto"/>
      </w:pPr>
      <w:r>
        <w:separator/>
      </w:r>
    </w:p>
  </w:footnote>
  <w:footnote w:type="continuationSeparator" w:id="0">
    <w:p w14:paraId="691F7153" w14:textId="77777777" w:rsidR="00BC1259" w:rsidRDefault="00BC1259" w:rsidP="00BE6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0903" w14:textId="0EDBCCC1" w:rsidR="00BE6EA3" w:rsidRDefault="00BE6E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B6727AE" wp14:editId="7F17DA7D">
              <wp:simplePos x="0" y="0"/>
              <wp:positionH relativeFrom="column">
                <wp:posOffset>-603250</wp:posOffset>
              </wp:positionH>
              <wp:positionV relativeFrom="paragraph">
                <wp:posOffset>-57150</wp:posOffset>
              </wp:positionV>
              <wp:extent cx="1700530" cy="1023620"/>
              <wp:effectExtent l="0" t="0" r="0" b="5080"/>
              <wp:wrapNone/>
              <wp:docPr id="32697283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530" cy="1023620"/>
                      </a:xfrm>
                    </wpg:grpSpPr>
                    <wpg:grpSp>
                      <wpg:cNvPr id="158" name="Group 56"/>
                      <wpg:cNvGrpSpPr/>
                      <wpg:grpSpPr>
                        <a:xfrm>
                          <a:off x="0" y="0"/>
                          <a:ext cx="1700530" cy="1023620"/>
                          <a:chOff x="0" y="0"/>
                          <a:chExt cx="1700784" cy="1024128"/>
                        </a:xfrm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160" name="Rectangle 160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tangle 1"/>
                          <wps:cNvSpPr/>
                          <wps:spPr>
                            <a:xfrm>
                              <a:off x="22860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910372 w 1462822"/>
                                <a:gd name="connsiteY2" fmla="*/ 376306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910372" y="376306"/>
                                  </a:lnTo>
                                  <a:lnTo>
                                    <a:pt x="0" y="1014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angle 162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"/>
                              <a:stretch>
                                <a:fillRect/>
                              </a:stretch>
                            </a:blip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" name="Text Box 163"/>
                        <wps:cNvSpPr txBox="1"/>
                        <wps:spPr>
                          <a:xfrm flipH="1">
                            <a:off x="237067" y="18942"/>
                            <a:ext cx="442824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598D2E" w14:textId="77777777" w:rsidR="00BE6EA3" w:rsidRDefault="00BE6EA3" w:rsidP="00BE6EA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083520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1800" y="133350"/>
                          <a:ext cx="577850" cy="577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727AE" id="Group 1" o:spid="_x0000_s1026" style="position:absolute;margin-left:-47.5pt;margin-top:-4.5pt;width:133.9pt;height:80.6pt;z-index:251657216;mso-width-relative:margin;mso-height-relative:margin" coordsize="17005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W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WgB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G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">
              <v:group id="Group 56" o:spid="_x0000_s1027" style="position:absolute;width:17005;height:10236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        <v:fill opacity="0"/>
                  </v:rect>
  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        <v:path arrowok="t" o:connecttype="custom" o:connectlocs="0,0;1463040,0;910508,376493;0,1014984;0,0" o:connectangles="0,0,0,0,0"/>
                  </v:shape>
  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  <v:fill r:id="rId3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  <v:textbox inset=",7.2pt,,7.2pt">
                    <w:txbxContent>
                      <w:p w14:paraId="63598D2E" w14:textId="77777777" w:rsidR="00BE6EA3" w:rsidRDefault="00BE6EA3" w:rsidP="00BE6EA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3" type="#_x0000_t75" style="position:absolute;left:4318;top:1333;width:577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5C1A7058" w14:textId="77777777" w:rsidR="00BE6EA3" w:rsidRDefault="00BE6E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9386ED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2733DB"/>
    <w:multiLevelType w:val="multilevel"/>
    <w:tmpl w:val="2492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126B4"/>
    <w:multiLevelType w:val="multilevel"/>
    <w:tmpl w:val="23AE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262ACC"/>
    <w:multiLevelType w:val="multilevel"/>
    <w:tmpl w:val="253E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3950085">
    <w:abstractNumId w:val="8"/>
  </w:num>
  <w:num w:numId="2" w16cid:durableId="1097404799">
    <w:abstractNumId w:val="6"/>
  </w:num>
  <w:num w:numId="3" w16cid:durableId="1311208630">
    <w:abstractNumId w:val="5"/>
  </w:num>
  <w:num w:numId="4" w16cid:durableId="721637100">
    <w:abstractNumId w:val="4"/>
  </w:num>
  <w:num w:numId="5" w16cid:durableId="1576427837">
    <w:abstractNumId w:val="7"/>
  </w:num>
  <w:num w:numId="6" w16cid:durableId="1092819887">
    <w:abstractNumId w:val="3"/>
  </w:num>
  <w:num w:numId="7" w16cid:durableId="840657057">
    <w:abstractNumId w:val="2"/>
  </w:num>
  <w:num w:numId="8" w16cid:durableId="1717772651">
    <w:abstractNumId w:val="1"/>
  </w:num>
  <w:num w:numId="9" w16cid:durableId="914902826">
    <w:abstractNumId w:val="0"/>
  </w:num>
  <w:num w:numId="10" w16cid:durableId="522549692">
    <w:abstractNumId w:val="10"/>
  </w:num>
  <w:num w:numId="11" w16cid:durableId="891112179">
    <w:abstractNumId w:val="11"/>
  </w:num>
  <w:num w:numId="12" w16cid:durableId="17326526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92E53"/>
    <w:rsid w:val="006D39D6"/>
    <w:rsid w:val="00AA1D8D"/>
    <w:rsid w:val="00B47730"/>
    <w:rsid w:val="00BC1259"/>
    <w:rsid w:val="00BE6EA3"/>
    <w:rsid w:val="00BE74F7"/>
    <w:rsid w:val="00CB0664"/>
    <w:rsid w:val="00E60702"/>
    <w:rsid w:val="00FC693F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2DE0C2"/>
  <w14:defaultImageDpi w14:val="300"/>
  <w15:docId w15:val="{062A62AC-E1EC-4968-826F-665606CC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FF695D"/>
  </w:style>
  <w:style w:type="paragraph" w:styleId="TOC1">
    <w:name w:val="toc 1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220"/>
      <w:jc w:val="center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440"/>
      <w:jc w:val="center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660"/>
      <w:jc w:val="center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880"/>
      <w:jc w:val="center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1100"/>
      <w:jc w:val="center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1320"/>
      <w:jc w:val="center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F695D"/>
    <w:pPr>
      <w:pBdr>
        <w:between w:val="double" w:sz="6" w:space="0" w:color="auto"/>
      </w:pBdr>
      <w:spacing w:before="120" w:after="120"/>
      <w:ind w:left="1540"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C209BEC4C04996AE014CEF002BA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E767-6F75-4B66-8AC0-4522C25476DB}"/>
      </w:docPartPr>
      <w:docPartBody>
        <w:p w:rsidR="00000000" w:rsidRDefault="00560669" w:rsidP="00560669">
          <w:pPr>
            <w:pStyle w:val="71C209BEC4C04996AE014CEF002BA745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669"/>
    <w:rsid w:val="00560669"/>
    <w:rsid w:val="009000A9"/>
    <w:rsid w:val="00BE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54D5BA6F274D8099057F5120C65E05">
    <w:name w:val="8354D5BA6F274D8099057F5120C65E05"/>
    <w:rsid w:val="00560669"/>
  </w:style>
  <w:style w:type="paragraph" w:customStyle="1" w:styleId="AE396C7654F84154903EF51894921BED">
    <w:name w:val="AE396C7654F84154903EF51894921BED"/>
    <w:rsid w:val="00560669"/>
  </w:style>
  <w:style w:type="paragraph" w:customStyle="1" w:styleId="DEA7F3744AAC4E1EB63DE5A82EEF7DD4">
    <w:name w:val="DEA7F3744AAC4E1EB63DE5A82EEF7DD4"/>
    <w:rsid w:val="00560669"/>
  </w:style>
  <w:style w:type="paragraph" w:customStyle="1" w:styleId="FDDA04E03CE148CE86F79B98D0E94D21">
    <w:name w:val="FDDA04E03CE148CE86F79B98D0E94D21"/>
    <w:rsid w:val="00560669"/>
  </w:style>
  <w:style w:type="paragraph" w:customStyle="1" w:styleId="DFFA67D7C88742F5BDBA5EA76C035994">
    <w:name w:val="DFFA67D7C88742F5BDBA5EA76C035994"/>
    <w:rsid w:val="00560669"/>
  </w:style>
  <w:style w:type="paragraph" w:customStyle="1" w:styleId="B5B4BE41E87F44A693AD374E93C4A330">
    <w:name w:val="B5B4BE41E87F44A693AD374E93C4A330"/>
    <w:rsid w:val="00560669"/>
  </w:style>
  <w:style w:type="paragraph" w:customStyle="1" w:styleId="32849427D2014E6080B265465906AD70">
    <w:name w:val="32849427D2014E6080B265465906AD70"/>
    <w:rsid w:val="00560669"/>
  </w:style>
  <w:style w:type="character" w:styleId="PlaceholderText">
    <w:name w:val="Placeholder Text"/>
    <w:basedOn w:val="DefaultParagraphFont"/>
    <w:uiPriority w:val="99"/>
    <w:semiHidden/>
    <w:rsid w:val="00560669"/>
    <w:rPr>
      <w:color w:val="808080"/>
    </w:rPr>
  </w:style>
  <w:style w:type="paragraph" w:customStyle="1" w:styleId="61F8E84394764AF394EF5A83B0F22A79">
    <w:name w:val="61F8E84394764AF394EF5A83B0F22A79"/>
    <w:rsid w:val="00560669"/>
  </w:style>
  <w:style w:type="paragraph" w:customStyle="1" w:styleId="71C209BEC4C04996AE014CEF002BA745">
    <w:name w:val="71C209BEC4C04996AE014CEF002BA745"/>
    <w:rsid w:val="005606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WWW.GROWTHARCCARECONCIERGE.COM.AU</dc:creator>
  <cp:keywords/>
  <dc:description>generated by python-docx</dc:description>
  <cp:lastModifiedBy>Belinda Mellis</cp:lastModifiedBy>
  <cp:revision>3</cp:revision>
  <dcterms:created xsi:type="dcterms:W3CDTF">2025-11-22T22:38:00Z</dcterms:created>
  <dcterms:modified xsi:type="dcterms:W3CDTF">2025-11-22T22:47:00Z</dcterms:modified>
  <cp:category/>
</cp:coreProperties>
</file>